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מאפיין לסוג הטקסט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טקסט יש מטרה המשפיעה על הסגנון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מאפיין לסוג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(טקסט הוראות)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להדריך את הקורא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כוללת דעה אישית וטעם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טקסט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הקריטריונים: רשימת ציוד בתחילה, שלבים ממוספרים, שימוש בפעלי ציווי כמו מרחו, חתכו, הניחו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כוללת דעה אישית, מידעי מוסר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ציטוט, או מי-מה-מתי-איפה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בטקסט הוראות, כדי להנחות את הקורא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התרגיל כמשחק קבוצתי שבו כל קבוצה ממיינת כרטיסיות מאפיינים לפי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דוגמה קצרה אמיתית מכל סוג טקסט ולבקש מהתלמידים לאתר את המאפיינים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מאפיין יכול להופיע ביותר מסוג טקסט אחד, אך יש לו שימוש דומיננטי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להכיר את המאפיינים של ארבעה סוגי טקסטים: ביקורת, כתבה עיתונאית, טקסט מידעי וטקסט הוראות. כל סוג טקסט נכתב במטרה שונה ולכן יש לו סגנון וכלים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ביקורת  ·  טקסט מידעי  ·  ציטוט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מאפיין 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דירוג בכוכבים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מי? מה? מתי?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עובדות ונתונים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רשימת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כתבה עיתונאית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המאפיין 'חוזקות וחולשות' שייך לאיזה סוג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המילים 'לטעמי…' מופיעות באיזה סוג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הוראות משתמשים הרבה בפעלים בציווי כמו ערבבו וקפלו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בביקורת תמיד כתובות רק עובדות בלי שום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בטקסט __________ משתמשים בדירוג כוכבים כדי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בכתבה עיתונאית מוסיפים לעיתים __________ של אדם שהשתתף באירוע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ב__________ יש לרוב כותרות משנה שמחלקות את המידע לנושאים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טקסט הוראות קצר (3-4 שלבים) להכנת כריך, כולל רשימת ציוד ופעלים בציווי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ביקורת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למאפיין של כתבה עיתונאית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מאפיינים לפי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