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מאפיינים לפי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ייחודיים של 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מאפיין לסוג הטקסט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טקסט יש מטרה המשפיעה על הסגנון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מאפיין לסוג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(טקסט הוראות)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כתבה עיתונאית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מידעי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עוזר להדריך את הקורא צעד אחרי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ביקורת כוללת דעה אישית וטעם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המידע הבסיסי שחייב להיות בכל 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טקסט מידעי נועד למסור עובדות ונתונים, לא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כדי שהקורא ידע מה להכין לפני שמתחילים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הקריטריונים: רשימת ציוד בתחילה, שלבים ממוספרים, שימוש בפעלי ציווי כמו מרחו, חתכו, הניחו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הקריטריונים: שימוש בכוכבים, ביטוי דעה כמו לטעמי או לדעתי, התייחסות לחוזקות או חולשות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ביקורת כוללת דעה אישית, מידעי מוסר רק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ציטוט, או מי-מה-מתי-איפה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בטקסט הוראות, כדי להנחות את הקורא לבצע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התרגיל כמשחק קבוצתי שבו כל קבוצה ממיינת כרטיסיות מאפיינים לפי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דוגמה קצרה אמיתית מכל סוג טקסט ולבקש מהתלמידים לאתר את המאפיינים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שלפעמים מאפיין יכול להופיע ביותר מסוג טקסט אחד, אך יש לו שימוש דומיננטי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מאפיינים לפי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ארבעה סוגי טקסטים. לכל טקסט יש סימנים מיוחדים שעוזרים לזהות אותו. נלמד להכיר את הסימנים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כותבים דעה על ספר, סרט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עיתונאית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על אירוע אמיתי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שנותן מידע ועובדות על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הוראות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איך לעשות משהו שלב אחרי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מדויק שמישהו אמר, בין מרכאות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קטנה בתוך הטקסט שמחלקת אותו לחלקים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שמורה לעשות משהו, כמו קפלו או ערבבו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או טעם אישי של הכותב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מאפיין לסוג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דירוג בכוכבים 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מי? מה? מתי?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עובדות ונתונים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ציטוט: "…," סיפרה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פעלים בציווי: קפלו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ביקורת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כותב על חוזקות וחולשות?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 'לטעמי'?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יש שלבים ממוספרים?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משתמש הרבה בכותרות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טקסט לא מביע דעה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הוראות משתמשים הרבה בפעלים בציווי כמו ערבבו וקפלו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בביקורת תמיד כתובות רק עובדות בלי שום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עונה על השאלות מי, מה, מתי ואיפה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כתוב כדי לשכנע את הקורא בדעה מסוימת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ציוד נמצאת בדרך כלל בתחילת טקסט הוראות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__________ משתמשים בדירוג כוכבים כדי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בכתבה עיתונאית מוסיפים לעיתים __________ של אדם שהשתתף באירוע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יש לרוב כותרות משנה שמחלקות את המידע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להסביר איך מכינים משהו, כותבים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'לטעמי' מראות על __________ אישית של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כתבה עיתונאית עונה בדרך כלל על השאלות מי, מה, מתי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טקסט הוראות קצר (3-4 שלבים) להכנת כריך, כולל רשימת ציוד ופעלים בציווי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שיכול להופיע בביקורת על סרט, כולל דירוג כוכבים וביטוי של דעה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ביקורת לטקסט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למאפיין של כתבה עיתונאית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נשתמש בפעלים בציווי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מיון מאפיינים לפי סוגי טקסטים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